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הסכמי קמפ דייוויד וחוזה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התחייב למה בהסכם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רצף האירועים ההיסטורי שהוביל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מנחם בגין ואנואר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לסגת באופן מלא משלבים מחצי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להכיר בישראל ולקיים יחסים דיפלומטיים מלאים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ההסכמים נחתמו ב-1978, וחוזה השלום עצמו נחתם ב-1979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 הרשמי התקיים בבית הלבן בוושינגטון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ההסכם כלל הגבלה של הכוחות הצבאיים בסיני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הסעיפים המרכזיים המשותפים בהסכם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ההסכם כלל פתיחת שגרירויות והחלפת שגרירים בין המדינות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שגרירויות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סואץ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התחייב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(שתיהן)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(שתיהן)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 היסטורי של נשיא מצרים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שיחות קמפ דייוויד בתיווך נשיא 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חתימה על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 על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נסיגת ישראל המלאה מחצי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סיום מצב מלחמה ממושך, יחסים דיפלומטיים, שינוי במפה האזורית, חשיבות ביטחונית וכלכלית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נסיגה מלאה ובשלבים מחצי האי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הכרה בישראל, יחסים דיפלומטיים ופתיחת שגרירות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כדי להמחיש את מיקום סיני, תעלת סואץ ומפרצי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הסכמי קמפ דייוויד (1978) לחוזה השלום עצמו (1979)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כיתה לזוגות לפעילות ההתאמה ולדון יחד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בשנים 1978-1979 נחתמו הסכמים היסטוריים בין ישראל למצרים, שהביאו לסיום מצב המלחמה וליחסי שלום. בדף זה נבדוק מה כל צד התחייב לעשות.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היו שני המנהיגים שחתמו על הסכמי קמפ דייוויד בשם ישראל ומצרים?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מנחם בגין ואנואר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יצחק רבין וחוסני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גולדה מאיר וגמאל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שמעון פרס וחוסני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נחתם חוזה השלום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נקראים ההסכמים שהושגו ב-1978 בתיווך נשיא ארצות הברית?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הסכמי אוסלו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הסכמי קמפ דייוויד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הפרדת הכוחות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ישראל התחייבה לעשות בעקבות ההסכם?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לספח את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לסגת באופן מלא משלבים מחצי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להקים יישובים חדשים בסיני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לסגור את תעלת סואץ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מצרים התחייבה לעשות כלפי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במצב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בישראל ולקיים יחסים דיפלומטיים 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לסגור את הגבול עם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לסרב לפתוח שגרירות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קמפ דייוויד נחתמו בשנת 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בין ישראל למצרים נחתם בוושינגטון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השאירה כוחות צבא גדולים בסיני לאחר ההסכם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המדינות התחייבו לפתור מחלוקות בדרכי 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מצרים סירבה לפתוח שגרירות בישראל לאחר ההסכם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בין ישראל למצרים נחתם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הסכמי __________ נחתמו בשנת 1978 בתיווך נשיא ארצות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ישראל התחייבה לסגת באופן מלא מחצי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לאחר ההסכם נפתחו __________ ישראלית ומצרית בשתי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ההסכם איפשר מעבר חופשי לאוניות ישראליות בתעלת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התחייב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הכרה בישראל ויחסים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פינוי יישובים ושדות תעופה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סיום מצב המלחמה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הגבלת הכוחות הצבאיים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נסיגה מלאה מחצי האי סיני בשלבים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הסכמי קמפ דייוויד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חוזה השלום בין ישראל למצרים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 היסטורי של נשיא מצרים 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נסיגת ישראל המלאה מחצי האי סיני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קמפ דייוויד בתיווך נשיא ארצות הברית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המסבירים מדוע חוזה השלום עם מצרים נחשב לאירוע משמעותי בתולדות המדינה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נחתם חוזה השלום בין ישראל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ישראל התחייבה לעשות בעקבות ההסכם?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מצרים התחייבה לעשות בעקבות ההסכם?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עם 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