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הסכמי קמפ דייוויד וחוזה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התחייב למה בהסכם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רצף האירועים ההיסטורי שהוביל 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מנחם בגין ואנואר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לסגת באופן מלא משלבים מחצי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להכיר בישראל ולקיים יחסים דיפלומטיים מלאים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ההסכמים נחתמו ב-1978, וחוזה השלום עצמו נחתם ב-1979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 הרשמי התקיים בבית הלבן בוושינגטון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ההסכם כלל הגבלה של הכוחות הצבאיים בסיני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הסעיפים המרכזיים המשותפים בהסכם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ההסכם כלל פתיחת שגרירויות והחלפת שגרירים בין המדינות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חוזה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שגרירויות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סואץ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התחייב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(שתיהן)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(שתיהן)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ביקור היסטורי של נשיא מצרים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שיחות קמפ דייוויד בתיווך נשיא ארצות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חתימה על 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חתימה על חוזה השלום בין ישראל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נסיגת ישראל המלאה מחצי האי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סיום מצב מלחמה ממושך, יחסים דיפלומטיים, שינוי במפה האזורית, חשיבות ביטחונית וכלכלית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נסיגה מלאה ובשלבים מחצי האי סיני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הכרה בישראל, יחסים דיפלומטיים ופתיחת שגרירות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כדי להמחיש את מיקום סיני, תעלת סואץ ומפרצי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הסכמי קמפ דייוויד (1978) לחוזה השלום עצמו (1979)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כיתה לזוגות לפעילות ההתאמה ולדון יחד בתשובות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ישראל ומצרים חתמו על הסכם שלום. כל צד הבטיח דברים מסוימים. נלמד מה כל אחד הבטיח.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הסכמי קמפ דייוויד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שיחות שלום שהתקיימו ב-1978 בתיווך נשיא ארצות הברית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רשמי בין מדינות לסיום מלחמה וליחסים של 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נסיגה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יציאת כוחות צבא משטח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שליטה מלאה של מדינה על שטח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נציגות רשמית של מדינה במדינה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תעלת סואץ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תעלת מים במצרים המחברת בין הים התיכון לים 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חצי האי סיני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שהיה בשליטת ישראל וחזר למצרים בעקבות ההסכם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הכרה דיפלומטית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אישור רשמי של מדינה אחת בקיומה ובלגיטימיות של מדינה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חתם על ההסכם בשם שתי המדינות?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מנחם בגין ואנואר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יצחק רבין וחוסני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גולדה מאיר וגמאל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שמעון פרס וחוסני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נחתם 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ההסכמים מ-1978?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הסכמי אוסלו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הסכמי קמפ דייוויד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הפרדת הכוחות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הצהרת בלפור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ישראל הבטיחה לעשות עם סיני?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לספח את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לסגת באופן מלא משלבים מחצי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להקים יישובים חדשים בסיני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לסגור את תעלת סואץ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מצרים הבטיחה לעשות כלפי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להמשיך במצב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להכיר בישראל ולקיים יחסים דיפלומטיים מלאים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לסגור את הגבול עם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לסרב לפתוח שגרירות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 קמפ דייוויד נחתמו בשנת 1978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בין ישראל למצרים נחתם בוושינגטון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השאירה כוחות צבא גדולים בסיני לאחר ההסכם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המדינות התחייבו לפתור מחלוקות בדרכי 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מצרים סירבה לפתוח שגרירות בישראל לאחר ההסכם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בין ישראל למצרים נחתם בשנת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הסכמי __________ נחתמו בשנת 1978 בתיווך נשיא ארצות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ישראל התחייבה לסגת באופן מלא מחצי האי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לאחר ההסכם נפתחו __________ ישראלית ומצרית בשתי המדינות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ההסכם איפשר מעבר חופשי לאוניות ישראליות בתעלת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 התחייב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הכרה בישראל ויחסים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פינוי יישובים ושדות תעופה בסיני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סיום מצב המלחמה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מעבר חופשי לאוניות ישראליות בתעלת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שתיהן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הגבלת הכוחות הצבאיים בסיני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נסיגה מלאה מחצי האי סיני בשלבים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שתיהן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 על חוזה השלום בין ישראל למצרים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 על הסכמי קמפ דייוויד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שיחות קמפ דייוויד בתיווך נשיא ארצות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נסיגת ישראל המלאה מחצי האי סיני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 היסטורי של נשיא מצרים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המסבירים מדוע חוזה השלום עם מצרים נחשב לאירוע משמעותי בתולדות המדינה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נחתם חוזה השלום בין ישראל למצרים?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ישראל התחייבה לעשות בעקבות ההסכם?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מצרים התחייבה לעשות בעקבות ההסכם?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השלום עם מצרים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