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השלום עם מצרים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עיקרי הסכמי קמפ דייוויד וחוזה השלום עם מצרים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 התחייב למה בהסכם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את רצף האירועים ההיסטורי שהוביל לשלום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מנחם בגין ואנואר סאדאת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הסכמי קמפ דייוויד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ההסכמים נחתמו ב-1978, וחוזה השלום עצמו נחתם ב-1979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ההסכם כלל הגבלה של הכוחות הצבאיים בסיני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חוזה השלום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מי התחייב 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(מצרים)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(מצרים)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(ישראל)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האירועים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ביקור היסטורי של נשיא מצרים בישראל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חתימה על הסכמי קמפ דייוויד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נסיגת ישראל המלאה מחצי האי סיני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לציין: סיום מצב מלחמה ממושך, יחסים דיפלומטיים, שינוי במפה האזורית, חשיבות ביטחונית וכלכלית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1979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נסיגה מלאה ובשלבים מחצי האי סיני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הכרה בישראל, יחסים דיפלומטיים ופתיחת שגרירות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להיעזר במפה כדי להמחיש את מיקום סיני, תעלת סואץ ומפרצי הים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ההבדל בין הסכמי קמפ דייוויד (1978) לחוזה השלום עצמו (1979)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כיתה לזוגות לפעילות ההתאמה ולדון יחד בתשובות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השלום עם מצרים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בשנים 1978-1979 נחתמו הסכמים היסטוריים בין ישראל למצרים, שהביאו לסיום מצב המלחמה וליחסי שלום. בדף זה נבדוק מה כל צד התחייב לעשות.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חוזה השלום  ·  סיני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היו שני המנהיגים שחתמו על הסכמי קמפ דייוויד בשם ישראל ומצרים?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מנחם בגין ואנואר סאדאת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יצחק רבין וחוסני מובארכ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גולדה מאיר וגמאל עבד אלנאצר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איך נקראים ההסכמים שהושגו ב-1978 בתיווך נשיא ארצות הברית?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הסכמי אוסלו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הסכמי קמפ דייוויד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הסכם הפרדת הכוחות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הסכמי קמפ דייוויד נחתמו בשנת 1978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ישראל השאירה כוחות צבא גדולים בסיני לאחר ההסכם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ה__________ בין ישראל למצרים נחתם בשנת 1979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ישראל התחייבה לסגת באופן מלא מחצי האי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מי התחייב 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הכרה בישראל ויחסים דיפלומטיים מלאים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פינוי יישובים ושדות תעופה בסיני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מצרים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מעבר חופשי לאוניות ישראליות בתעלת סואץ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נסיגה מלאה מחצי האי סיני בשלבים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מצרים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חתימה על הסכמי קמפ דייוויד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נסיגת ישראל המלאה מחצי האי סיני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ביקור היסטורי של נשיא מצרים בישראל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כמה משפטים המסבירים מדוע חוזה השלום עם מצרים נחשב לאירוע משמעותי בתולדות המדינה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מתי נחתם חוזה השלום בין ישראל למצרים?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ישראל התחייבה לעשות בעקבות ההסכם?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השלום עם מצרים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